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301"/>
        <w:gridCol w:w="5301"/>
      </w:tblGrid>
      <w:tr w:rsidR="009D1422">
        <w:tc>
          <w:tcPr>
            <w:tcW w:w="5301" w:type="dxa"/>
          </w:tcPr>
          <w:p w:rsidR="009D1422" w:rsidRDefault="00525E3A">
            <w:r w:rsidRPr="00525E3A">
              <w:drawing>
                <wp:inline distT="0" distB="0" distL="0" distR="0" wp14:anchorId="5806542A" wp14:editId="2CC9295F">
                  <wp:extent cx="472619" cy="445220"/>
                  <wp:effectExtent l="0" t="0" r="381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218" cy="4683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1" w:type="dxa"/>
            <w:vAlign w:val="center"/>
          </w:tcPr>
          <w:p w:rsidR="009D1422" w:rsidRDefault="008D3A64">
            <w:r>
              <w:rPr>
                <w:b/>
                <w:sz w:val="20"/>
              </w:rPr>
              <w:t>Federazione Italiana Hockey – Viale Tiziano 74 – 00196 Roma</w:t>
            </w:r>
          </w:p>
        </w:tc>
      </w:tr>
    </w:tbl>
    <w:p w:rsidR="009D1422" w:rsidRDefault="008D3A64">
      <w:pPr>
        <w:spacing w:after="80"/>
        <w:jc w:val="center"/>
      </w:pPr>
      <w:r>
        <w:rPr>
          <w:b/>
          <w:sz w:val="22"/>
        </w:rPr>
        <w:t>SHOOT-OUT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01"/>
        <w:gridCol w:w="5301"/>
      </w:tblGrid>
      <w:tr w:rsidR="009D1422" w:rsidTr="00525E3A">
        <w:trPr>
          <w:trHeight w:val="595"/>
        </w:trPr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422" w:rsidRDefault="008D3A64">
            <w:proofErr w:type="spellStart"/>
            <w:r>
              <w:t>Incontro</w:t>
            </w:r>
            <w:proofErr w:type="spellEnd"/>
            <w:r>
              <w:t xml:space="preserve"> : ....................................................................</w:t>
            </w:r>
          </w:p>
        </w:tc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422" w:rsidRDefault="008D3A64">
            <w:r>
              <w:t>Data: ...............................................................</w:t>
            </w:r>
          </w:p>
        </w:tc>
      </w:tr>
      <w:tr w:rsidR="009D1422" w:rsidTr="00525E3A">
        <w:trPr>
          <w:trHeight w:val="561"/>
        </w:trPr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422" w:rsidRDefault="008D3A64">
            <w:proofErr w:type="spellStart"/>
            <w:r>
              <w:t>Località</w:t>
            </w:r>
            <w:proofErr w:type="spellEnd"/>
            <w:r>
              <w:t xml:space="preserve">: </w:t>
            </w:r>
            <w:r>
              <w:t>....................................................................</w:t>
            </w:r>
          </w:p>
        </w:tc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422" w:rsidRDefault="008D3A64">
            <w:r>
              <w:t>Campo: ............................................................</w:t>
            </w:r>
          </w:p>
        </w:tc>
      </w:tr>
    </w:tbl>
    <w:p w:rsidR="00525E3A" w:rsidRDefault="00525E3A">
      <w:pPr>
        <w:spacing w:before="120" w:after="80"/>
        <w:jc w:val="center"/>
        <w:rPr>
          <w:i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525"/>
        <w:gridCol w:w="3019"/>
        <w:gridCol w:w="1514"/>
        <w:gridCol w:w="1559"/>
        <w:gridCol w:w="2975"/>
      </w:tblGrid>
      <w:tr w:rsidR="00525E3A" w:rsidTr="00525E3A">
        <w:trPr>
          <w:jc w:val="center"/>
        </w:trPr>
        <w:tc>
          <w:tcPr>
            <w:tcW w:w="1526" w:type="dxa"/>
          </w:tcPr>
          <w:p w:rsidR="00525E3A" w:rsidRDefault="00525E3A">
            <w:pPr>
              <w:spacing w:before="120" w:after="80"/>
              <w:jc w:val="center"/>
              <w:rPr>
                <w:b/>
              </w:rPr>
            </w:pPr>
            <w:r>
              <w:rPr>
                <w:b/>
              </w:rPr>
              <w:t>SQUADRA</w:t>
            </w:r>
          </w:p>
        </w:tc>
        <w:tc>
          <w:tcPr>
            <w:tcW w:w="3021" w:type="dxa"/>
          </w:tcPr>
          <w:p w:rsidR="00525E3A" w:rsidRDefault="00525E3A">
            <w:pPr>
              <w:spacing w:before="120" w:after="80"/>
              <w:jc w:val="center"/>
              <w:rPr>
                <w:b/>
              </w:rPr>
            </w:pPr>
          </w:p>
        </w:tc>
        <w:tc>
          <w:tcPr>
            <w:tcW w:w="1515" w:type="dxa"/>
          </w:tcPr>
          <w:p w:rsidR="00525E3A" w:rsidRDefault="00525E3A">
            <w:pPr>
              <w:spacing w:before="120" w:after="80"/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525E3A" w:rsidRDefault="00525E3A">
            <w:pPr>
              <w:spacing w:before="120" w:after="80"/>
              <w:jc w:val="center"/>
              <w:rPr>
                <w:b/>
              </w:rPr>
            </w:pPr>
            <w:r>
              <w:rPr>
                <w:b/>
              </w:rPr>
              <w:t>SQUADRA</w:t>
            </w:r>
          </w:p>
        </w:tc>
        <w:tc>
          <w:tcPr>
            <w:tcW w:w="2977" w:type="dxa"/>
          </w:tcPr>
          <w:p w:rsidR="00525E3A" w:rsidRDefault="00525E3A">
            <w:pPr>
              <w:spacing w:before="120" w:after="80"/>
              <w:jc w:val="center"/>
              <w:rPr>
                <w:b/>
              </w:rPr>
            </w:pPr>
          </w:p>
        </w:tc>
      </w:tr>
    </w:tbl>
    <w:p w:rsidR="00525E3A" w:rsidRDefault="00525E3A" w:rsidP="00525E3A">
      <w:pPr>
        <w:spacing w:after="40"/>
        <w:jc w:val="center"/>
        <w:rPr>
          <w:b/>
          <w:sz w:val="20"/>
        </w:rPr>
      </w:pPr>
    </w:p>
    <w:p w:rsidR="008D3A64" w:rsidRDefault="00525E3A" w:rsidP="008D3A64">
      <w:pPr>
        <w:spacing w:before="140" w:after="100"/>
        <w:jc w:val="center"/>
        <w:rPr>
          <w:b/>
          <w:sz w:val="16"/>
        </w:rPr>
      </w:pPr>
      <w:r>
        <w:rPr>
          <w:b/>
          <w:sz w:val="20"/>
        </w:rPr>
        <w:t xml:space="preserve">Prima </w:t>
      </w:r>
      <w:proofErr w:type="spellStart"/>
      <w:r>
        <w:rPr>
          <w:b/>
          <w:sz w:val="20"/>
        </w:rPr>
        <w:t>serie</w:t>
      </w:r>
      <w:proofErr w:type="spellEnd"/>
      <w:r w:rsidR="008D3A64">
        <w:rPr>
          <w:b/>
          <w:sz w:val="20"/>
        </w:rPr>
        <w:t xml:space="preserve"> </w:t>
      </w:r>
      <w:r w:rsidR="008D3A64" w:rsidRPr="008D3A64">
        <w:rPr>
          <w:sz w:val="20"/>
        </w:rPr>
        <w:t>(</w:t>
      </w:r>
      <w:r w:rsidR="008D3A64" w:rsidRPr="008D3A64">
        <w:rPr>
          <w:sz w:val="16"/>
        </w:rPr>
        <w:t xml:space="preserve">X = rete </w:t>
      </w:r>
      <w:proofErr w:type="spellStart"/>
      <w:r w:rsidR="008D3A64" w:rsidRPr="008D3A64">
        <w:rPr>
          <w:sz w:val="16"/>
        </w:rPr>
        <w:t>convalidata</w:t>
      </w:r>
      <w:proofErr w:type="spellEnd"/>
      <w:r w:rsidR="008D3A64" w:rsidRPr="008D3A64">
        <w:rPr>
          <w:sz w:val="16"/>
        </w:rPr>
        <w:t xml:space="preserve"> O = rete non </w:t>
      </w:r>
      <w:proofErr w:type="spellStart"/>
      <w:r w:rsidR="008D3A64" w:rsidRPr="008D3A64">
        <w:rPr>
          <w:sz w:val="16"/>
        </w:rPr>
        <w:t>convalidata</w:t>
      </w:r>
      <w:proofErr w:type="spellEnd"/>
      <w:r w:rsidR="008D3A64" w:rsidRPr="008D3A64">
        <w:rPr>
          <w:sz w:val="16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5"/>
        <w:gridCol w:w="1515"/>
        <w:gridCol w:w="1515"/>
        <w:gridCol w:w="1515"/>
        <w:gridCol w:w="1515"/>
        <w:gridCol w:w="1515"/>
        <w:gridCol w:w="1515"/>
      </w:tblGrid>
      <w:tr w:rsidR="009D1422" w:rsidTr="008D3A64">
        <w:trPr>
          <w:jc w:val="center"/>
        </w:trPr>
        <w:tc>
          <w:tcPr>
            <w:tcW w:w="1515" w:type="dxa"/>
            <w:vAlign w:val="center"/>
          </w:tcPr>
          <w:p w:rsidR="009D1422" w:rsidRDefault="008D3A64" w:rsidP="00525E3A">
            <w:pPr>
              <w:jc w:val="center"/>
            </w:pPr>
            <w:proofErr w:type="spellStart"/>
            <w:r>
              <w:t>Sequenza</w:t>
            </w:r>
            <w:proofErr w:type="spellEnd"/>
          </w:p>
        </w:tc>
        <w:tc>
          <w:tcPr>
            <w:tcW w:w="1515" w:type="dxa"/>
            <w:vAlign w:val="center"/>
          </w:tcPr>
          <w:p w:rsidR="009D1422" w:rsidRDefault="008D3A64">
            <w:pPr>
              <w:jc w:val="center"/>
            </w:pPr>
            <w:r>
              <w:t>Maglia n°</w:t>
            </w:r>
          </w:p>
        </w:tc>
        <w:tc>
          <w:tcPr>
            <w:tcW w:w="1515" w:type="dxa"/>
            <w:tcBorders>
              <w:right w:val="single" w:sz="4" w:space="0" w:color="auto"/>
            </w:tcBorders>
            <w:vAlign w:val="center"/>
          </w:tcPr>
          <w:p w:rsidR="009D1422" w:rsidRDefault="008D3A64">
            <w:pPr>
              <w:jc w:val="center"/>
            </w:pPr>
            <w:r>
              <w:t>Esito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D1422" w:rsidRDefault="009D1422"/>
        </w:tc>
        <w:tc>
          <w:tcPr>
            <w:tcW w:w="1515" w:type="dxa"/>
            <w:tcBorders>
              <w:left w:val="single" w:sz="4" w:space="0" w:color="auto"/>
            </w:tcBorders>
            <w:vAlign w:val="center"/>
          </w:tcPr>
          <w:p w:rsidR="009D1422" w:rsidRDefault="008D3A64" w:rsidP="00525E3A">
            <w:pPr>
              <w:jc w:val="center"/>
            </w:pPr>
            <w:proofErr w:type="spellStart"/>
            <w:r>
              <w:t>Sequenza</w:t>
            </w:r>
            <w:proofErr w:type="spellEnd"/>
          </w:p>
        </w:tc>
        <w:tc>
          <w:tcPr>
            <w:tcW w:w="1515" w:type="dxa"/>
            <w:vAlign w:val="center"/>
          </w:tcPr>
          <w:p w:rsidR="009D1422" w:rsidRDefault="008D3A64">
            <w:pPr>
              <w:jc w:val="center"/>
            </w:pPr>
            <w:r>
              <w:t>Maglia n°</w:t>
            </w:r>
          </w:p>
        </w:tc>
        <w:tc>
          <w:tcPr>
            <w:tcW w:w="1515" w:type="dxa"/>
            <w:vAlign w:val="center"/>
          </w:tcPr>
          <w:p w:rsidR="009D1422" w:rsidRDefault="008D3A64">
            <w:pPr>
              <w:jc w:val="center"/>
            </w:pPr>
            <w:r>
              <w:t>Esito</w:t>
            </w:r>
          </w:p>
        </w:tc>
      </w:tr>
      <w:tr w:rsidR="00525E3A" w:rsidTr="008D3A64">
        <w:trPr>
          <w:jc w:val="center"/>
        </w:trPr>
        <w:tc>
          <w:tcPr>
            <w:tcW w:w="1515" w:type="dxa"/>
            <w:vAlign w:val="center"/>
          </w:tcPr>
          <w:p w:rsidR="00525E3A" w:rsidRDefault="00525E3A" w:rsidP="00525E3A">
            <w:pPr>
              <w:jc w:val="center"/>
            </w:pPr>
            <w:r>
              <w:t>1°</w:t>
            </w:r>
          </w:p>
        </w:tc>
        <w:tc>
          <w:tcPr>
            <w:tcW w:w="1515" w:type="dxa"/>
            <w:vAlign w:val="center"/>
          </w:tcPr>
          <w:p w:rsidR="00525E3A" w:rsidRDefault="00525E3A" w:rsidP="00525E3A"/>
        </w:tc>
        <w:tc>
          <w:tcPr>
            <w:tcW w:w="1515" w:type="dxa"/>
            <w:tcBorders>
              <w:right w:val="single" w:sz="4" w:space="0" w:color="auto"/>
            </w:tcBorders>
            <w:vAlign w:val="center"/>
          </w:tcPr>
          <w:p w:rsidR="00525E3A" w:rsidRDefault="00525E3A" w:rsidP="00525E3A"/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5E3A" w:rsidRDefault="00525E3A" w:rsidP="00525E3A"/>
        </w:tc>
        <w:tc>
          <w:tcPr>
            <w:tcW w:w="1515" w:type="dxa"/>
            <w:tcBorders>
              <w:left w:val="single" w:sz="4" w:space="0" w:color="auto"/>
            </w:tcBorders>
            <w:vAlign w:val="center"/>
          </w:tcPr>
          <w:p w:rsidR="00525E3A" w:rsidRDefault="00525E3A" w:rsidP="00525E3A">
            <w:pPr>
              <w:jc w:val="center"/>
            </w:pPr>
            <w:r>
              <w:t>1°</w:t>
            </w:r>
          </w:p>
        </w:tc>
        <w:tc>
          <w:tcPr>
            <w:tcW w:w="1515" w:type="dxa"/>
            <w:vAlign w:val="center"/>
          </w:tcPr>
          <w:p w:rsidR="00525E3A" w:rsidRDefault="00525E3A" w:rsidP="00525E3A"/>
        </w:tc>
        <w:tc>
          <w:tcPr>
            <w:tcW w:w="1515" w:type="dxa"/>
            <w:vAlign w:val="center"/>
          </w:tcPr>
          <w:p w:rsidR="00525E3A" w:rsidRDefault="00525E3A" w:rsidP="00525E3A"/>
        </w:tc>
      </w:tr>
      <w:tr w:rsidR="00525E3A" w:rsidTr="008D3A64">
        <w:trPr>
          <w:jc w:val="center"/>
        </w:trPr>
        <w:tc>
          <w:tcPr>
            <w:tcW w:w="1515" w:type="dxa"/>
            <w:vAlign w:val="center"/>
          </w:tcPr>
          <w:p w:rsidR="00525E3A" w:rsidRDefault="00525E3A" w:rsidP="00525E3A">
            <w:pPr>
              <w:jc w:val="center"/>
            </w:pPr>
            <w:r>
              <w:t>2°</w:t>
            </w:r>
          </w:p>
        </w:tc>
        <w:tc>
          <w:tcPr>
            <w:tcW w:w="1515" w:type="dxa"/>
            <w:vAlign w:val="center"/>
          </w:tcPr>
          <w:p w:rsidR="00525E3A" w:rsidRDefault="00525E3A" w:rsidP="00525E3A"/>
        </w:tc>
        <w:tc>
          <w:tcPr>
            <w:tcW w:w="1515" w:type="dxa"/>
            <w:tcBorders>
              <w:right w:val="single" w:sz="4" w:space="0" w:color="auto"/>
            </w:tcBorders>
            <w:vAlign w:val="center"/>
          </w:tcPr>
          <w:p w:rsidR="00525E3A" w:rsidRDefault="00525E3A" w:rsidP="00525E3A"/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5E3A" w:rsidRDefault="00525E3A" w:rsidP="00525E3A"/>
        </w:tc>
        <w:tc>
          <w:tcPr>
            <w:tcW w:w="1515" w:type="dxa"/>
            <w:tcBorders>
              <w:left w:val="single" w:sz="4" w:space="0" w:color="auto"/>
            </w:tcBorders>
            <w:vAlign w:val="center"/>
          </w:tcPr>
          <w:p w:rsidR="00525E3A" w:rsidRDefault="00525E3A" w:rsidP="00525E3A">
            <w:pPr>
              <w:jc w:val="center"/>
            </w:pPr>
            <w:r>
              <w:t>2°</w:t>
            </w:r>
          </w:p>
        </w:tc>
        <w:tc>
          <w:tcPr>
            <w:tcW w:w="1515" w:type="dxa"/>
            <w:vAlign w:val="center"/>
          </w:tcPr>
          <w:p w:rsidR="00525E3A" w:rsidRDefault="00525E3A" w:rsidP="00525E3A"/>
        </w:tc>
        <w:tc>
          <w:tcPr>
            <w:tcW w:w="1515" w:type="dxa"/>
            <w:vAlign w:val="center"/>
          </w:tcPr>
          <w:p w:rsidR="00525E3A" w:rsidRDefault="00525E3A" w:rsidP="00525E3A"/>
        </w:tc>
      </w:tr>
      <w:tr w:rsidR="00525E3A" w:rsidTr="008D3A64">
        <w:trPr>
          <w:jc w:val="center"/>
        </w:trPr>
        <w:tc>
          <w:tcPr>
            <w:tcW w:w="1515" w:type="dxa"/>
            <w:vAlign w:val="center"/>
          </w:tcPr>
          <w:p w:rsidR="00525E3A" w:rsidRDefault="00525E3A" w:rsidP="00525E3A">
            <w:pPr>
              <w:jc w:val="center"/>
            </w:pPr>
            <w:r>
              <w:t>3°</w:t>
            </w:r>
          </w:p>
        </w:tc>
        <w:tc>
          <w:tcPr>
            <w:tcW w:w="1515" w:type="dxa"/>
            <w:vAlign w:val="center"/>
          </w:tcPr>
          <w:p w:rsidR="00525E3A" w:rsidRDefault="00525E3A" w:rsidP="00525E3A"/>
        </w:tc>
        <w:tc>
          <w:tcPr>
            <w:tcW w:w="1515" w:type="dxa"/>
            <w:tcBorders>
              <w:right w:val="single" w:sz="4" w:space="0" w:color="auto"/>
            </w:tcBorders>
            <w:vAlign w:val="center"/>
          </w:tcPr>
          <w:p w:rsidR="00525E3A" w:rsidRDefault="00525E3A" w:rsidP="00525E3A"/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5E3A" w:rsidRDefault="00525E3A" w:rsidP="00525E3A"/>
        </w:tc>
        <w:tc>
          <w:tcPr>
            <w:tcW w:w="1515" w:type="dxa"/>
            <w:tcBorders>
              <w:left w:val="single" w:sz="4" w:space="0" w:color="auto"/>
            </w:tcBorders>
            <w:vAlign w:val="center"/>
          </w:tcPr>
          <w:p w:rsidR="00525E3A" w:rsidRDefault="00525E3A" w:rsidP="00525E3A">
            <w:pPr>
              <w:jc w:val="center"/>
            </w:pPr>
            <w:r>
              <w:t>3°</w:t>
            </w:r>
          </w:p>
        </w:tc>
        <w:tc>
          <w:tcPr>
            <w:tcW w:w="1515" w:type="dxa"/>
            <w:vAlign w:val="center"/>
          </w:tcPr>
          <w:p w:rsidR="00525E3A" w:rsidRDefault="00525E3A" w:rsidP="00525E3A"/>
        </w:tc>
        <w:tc>
          <w:tcPr>
            <w:tcW w:w="1515" w:type="dxa"/>
            <w:vAlign w:val="center"/>
          </w:tcPr>
          <w:p w:rsidR="00525E3A" w:rsidRDefault="00525E3A" w:rsidP="00525E3A"/>
        </w:tc>
      </w:tr>
      <w:tr w:rsidR="00525E3A" w:rsidTr="008D3A64">
        <w:trPr>
          <w:jc w:val="center"/>
        </w:trPr>
        <w:tc>
          <w:tcPr>
            <w:tcW w:w="1515" w:type="dxa"/>
            <w:vAlign w:val="center"/>
          </w:tcPr>
          <w:p w:rsidR="00525E3A" w:rsidRDefault="00525E3A" w:rsidP="00525E3A">
            <w:pPr>
              <w:jc w:val="center"/>
            </w:pPr>
            <w:r>
              <w:t>4°</w:t>
            </w:r>
          </w:p>
        </w:tc>
        <w:tc>
          <w:tcPr>
            <w:tcW w:w="1515" w:type="dxa"/>
            <w:vAlign w:val="center"/>
          </w:tcPr>
          <w:p w:rsidR="00525E3A" w:rsidRDefault="00525E3A" w:rsidP="00525E3A"/>
        </w:tc>
        <w:tc>
          <w:tcPr>
            <w:tcW w:w="1515" w:type="dxa"/>
            <w:tcBorders>
              <w:right w:val="single" w:sz="4" w:space="0" w:color="auto"/>
            </w:tcBorders>
            <w:vAlign w:val="center"/>
          </w:tcPr>
          <w:p w:rsidR="00525E3A" w:rsidRDefault="00525E3A" w:rsidP="00525E3A"/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5E3A" w:rsidRDefault="00525E3A" w:rsidP="00525E3A"/>
        </w:tc>
        <w:tc>
          <w:tcPr>
            <w:tcW w:w="1515" w:type="dxa"/>
            <w:tcBorders>
              <w:left w:val="single" w:sz="4" w:space="0" w:color="auto"/>
            </w:tcBorders>
            <w:vAlign w:val="center"/>
          </w:tcPr>
          <w:p w:rsidR="00525E3A" w:rsidRDefault="00525E3A" w:rsidP="00525E3A">
            <w:pPr>
              <w:jc w:val="center"/>
            </w:pPr>
            <w:r>
              <w:t>4°</w:t>
            </w:r>
          </w:p>
        </w:tc>
        <w:tc>
          <w:tcPr>
            <w:tcW w:w="1515" w:type="dxa"/>
            <w:vAlign w:val="center"/>
          </w:tcPr>
          <w:p w:rsidR="00525E3A" w:rsidRDefault="00525E3A" w:rsidP="00525E3A"/>
        </w:tc>
        <w:tc>
          <w:tcPr>
            <w:tcW w:w="1515" w:type="dxa"/>
            <w:vAlign w:val="center"/>
          </w:tcPr>
          <w:p w:rsidR="00525E3A" w:rsidRDefault="00525E3A" w:rsidP="00525E3A"/>
        </w:tc>
      </w:tr>
      <w:tr w:rsidR="00525E3A" w:rsidTr="008D3A64">
        <w:trPr>
          <w:jc w:val="center"/>
        </w:trPr>
        <w:tc>
          <w:tcPr>
            <w:tcW w:w="1515" w:type="dxa"/>
            <w:vAlign w:val="center"/>
          </w:tcPr>
          <w:p w:rsidR="00525E3A" w:rsidRDefault="00525E3A" w:rsidP="00525E3A">
            <w:pPr>
              <w:jc w:val="center"/>
            </w:pPr>
            <w:r>
              <w:t>5°</w:t>
            </w:r>
          </w:p>
        </w:tc>
        <w:tc>
          <w:tcPr>
            <w:tcW w:w="1515" w:type="dxa"/>
            <w:vAlign w:val="center"/>
          </w:tcPr>
          <w:p w:rsidR="00525E3A" w:rsidRDefault="00525E3A" w:rsidP="00525E3A"/>
        </w:tc>
        <w:tc>
          <w:tcPr>
            <w:tcW w:w="1515" w:type="dxa"/>
            <w:tcBorders>
              <w:right w:val="single" w:sz="4" w:space="0" w:color="auto"/>
            </w:tcBorders>
            <w:vAlign w:val="center"/>
          </w:tcPr>
          <w:p w:rsidR="00525E3A" w:rsidRDefault="00525E3A" w:rsidP="00525E3A"/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5E3A" w:rsidRDefault="00525E3A" w:rsidP="00525E3A"/>
        </w:tc>
        <w:tc>
          <w:tcPr>
            <w:tcW w:w="1515" w:type="dxa"/>
            <w:tcBorders>
              <w:left w:val="single" w:sz="4" w:space="0" w:color="auto"/>
            </w:tcBorders>
            <w:vAlign w:val="center"/>
          </w:tcPr>
          <w:p w:rsidR="00525E3A" w:rsidRDefault="00525E3A" w:rsidP="00525E3A">
            <w:pPr>
              <w:jc w:val="center"/>
            </w:pPr>
            <w:r>
              <w:t>5°</w:t>
            </w:r>
          </w:p>
        </w:tc>
        <w:tc>
          <w:tcPr>
            <w:tcW w:w="1515" w:type="dxa"/>
            <w:vAlign w:val="center"/>
          </w:tcPr>
          <w:p w:rsidR="00525E3A" w:rsidRDefault="00525E3A" w:rsidP="00525E3A"/>
        </w:tc>
        <w:tc>
          <w:tcPr>
            <w:tcW w:w="1515" w:type="dxa"/>
            <w:vAlign w:val="center"/>
          </w:tcPr>
          <w:p w:rsidR="00525E3A" w:rsidRDefault="00525E3A" w:rsidP="00525E3A"/>
        </w:tc>
      </w:tr>
    </w:tbl>
    <w:p w:rsidR="008D3A64" w:rsidRDefault="008D3A64">
      <w:pPr>
        <w:spacing w:before="140" w:after="100"/>
        <w:jc w:val="center"/>
      </w:pPr>
    </w:p>
    <w:p w:rsidR="009D1422" w:rsidRDefault="008D3A64">
      <w:pPr>
        <w:spacing w:after="40"/>
        <w:jc w:val="center"/>
        <w:rPr>
          <w:b/>
          <w:sz w:val="20"/>
        </w:rPr>
      </w:pPr>
      <w:proofErr w:type="spellStart"/>
      <w:r>
        <w:rPr>
          <w:b/>
          <w:sz w:val="20"/>
        </w:rPr>
        <w:t>Tiri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ad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oltranza</w:t>
      </w:r>
      <w:proofErr w:type="spellEnd"/>
      <w:r>
        <w:rPr>
          <w:b/>
          <w:sz w:val="20"/>
        </w:rPr>
        <w:t xml:space="preserve"> </w:t>
      </w:r>
      <w:r w:rsidRPr="008D3A64">
        <w:rPr>
          <w:sz w:val="20"/>
        </w:rPr>
        <w:t>(</w:t>
      </w:r>
      <w:r w:rsidRPr="008D3A64">
        <w:rPr>
          <w:sz w:val="16"/>
        </w:rPr>
        <w:t xml:space="preserve">X = rete </w:t>
      </w:r>
      <w:proofErr w:type="spellStart"/>
      <w:r w:rsidRPr="008D3A64">
        <w:rPr>
          <w:sz w:val="16"/>
        </w:rPr>
        <w:t>convalidata</w:t>
      </w:r>
      <w:proofErr w:type="spellEnd"/>
      <w:r w:rsidRPr="008D3A64">
        <w:rPr>
          <w:sz w:val="16"/>
        </w:rPr>
        <w:t xml:space="preserve"> O = rete non </w:t>
      </w:r>
      <w:proofErr w:type="spellStart"/>
      <w:r w:rsidRPr="008D3A64">
        <w:rPr>
          <w:sz w:val="16"/>
        </w:rPr>
        <w:t>convalidata</w:t>
      </w:r>
      <w:proofErr w:type="spellEnd"/>
      <w:r w:rsidRPr="008D3A64">
        <w:rPr>
          <w:sz w:val="16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5"/>
        <w:gridCol w:w="1515"/>
        <w:gridCol w:w="1515"/>
        <w:gridCol w:w="1515"/>
        <w:gridCol w:w="1515"/>
        <w:gridCol w:w="1515"/>
        <w:gridCol w:w="1515"/>
      </w:tblGrid>
      <w:tr w:rsidR="008D3A64" w:rsidTr="00FA267B">
        <w:trPr>
          <w:jc w:val="center"/>
        </w:trPr>
        <w:tc>
          <w:tcPr>
            <w:tcW w:w="1515" w:type="dxa"/>
            <w:vAlign w:val="center"/>
          </w:tcPr>
          <w:p w:rsidR="008D3A64" w:rsidRDefault="008D3A64" w:rsidP="00FA267B">
            <w:pPr>
              <w:jc w:val="center"/>
            </w:pPr>
            <w:proofErr w:type="spellStart"/>
            <w:r>
              <w:t>Sequenza</w:t>
            </w:r>
            <w:proofErr w:type="spellEnd"/>
          </w:p>
        </w:tc>
        <w:tc>
          <w:tcPr>
            <w:tcW w:w="1515" w:type="dxa"/>
            <w:vAlign w:val="center"/>
          </w:tcPr>
          <w:p w:rsidR="008D3A64" w:rsidRDefault="008D3A64" w:rsidP="00FA267B">
            <w:pPr>
              <w:jc w:val="center"/>
            </w:pPr>
            <w:proofErr w:type="spellStart"/>
            <w:r>
              <w:t>Maglia</w:t>
            </w:r>
            <w:proofErr w:type="spellEnd"/>
            <w:r>
              <w:t xml:space="preserve"> n°</w:t>
            </w:r>
          </w:p>
        </w:tc>
        <w:tc>
          <w:tcPr>
            <w:tcW w:w="1515" w:type="dxa"/>
            <w:tcBorders>
              <w:right w:val="single" w:sz="4" w:space="0" w:color="auto"/>
            </w:tcBorders>
            <w:vAlign w:val="center"/>
          </w:tcPr>
          <w:p w:rsidR="008D3A64" w:rsidRDefault="008D3A64" w:rsidP="00FA267B">
            <w:pPr>
              <w:jc w:val="center"/>
            </w:pPr>
            <w:proofErr w:type="spellStart"/>
            <w:r>
              <w:t>Esito</w:t>
            </w:r>
            <w:proofErr w:type="spellEnd"/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D3A64" w:rsidRDefault="008D3A64" w:rsidP="00FA267B"/>
        </w:tc>
        <w:tc>
          <w:tcPr>
            <w:tcW w:w="1515" w:type="dxa"/>
            <w:tcBorders>
              <w:left w:val="single" w:sz="4" w:space="0" w:color="auto"/>
            </w:tcBorders>
            <w:vAlign w:val="center"/>
          </w:tcPr>
          <w:p w:rsidR="008D3A64" w:rsidRDefault="008D3A64" w:rsidP="00FA267B">
            <w:pPr>
              <w:jc w:val="center"/>
            </w:pPr>
            <w:proofErr w:type="spellStart"/>
            <w:r>
              <w:t>Sequenza</w:t>
            </w:r>
            <w:proofErr w:type="spellEnd"/>
          </w:p>
        </w:tc>
        <w:tc>
          <w:tcPr>
            <w:tcW w:w="1515" w:type="dxa"/>
            <w:vAlign w:val="center"/>
          </w:tcPr>
          <w:p w:rsidR="008D3A64" w:rsidRDefault="008D3A64" w:rsidP="00FA267B">
            <w:pPr>
              <w:jc w:val="center"/>
            </w:pPr>
            <w:proofErr w:type="spellStart"/>
            <w:r>
              <w:t>Maglia</w:t>
            </w:r>
            <w:proofErr w:type="spellEnd"/>
            <w:r>
              <w:t xml:space="preserve"> n°</w:t>
            </w:r>
          </w:p>
        </w:tc>
        <w:tc>
          <w:tcPr>
            <w:tcW w:w="1515" w:type="dxa"/>
            <w:vAlign w:val="center"/>
          </w:tcPr>
          <w:p w:rsidR="008D3A64" w:rsidRDefault="008D3A64" w:rsidP="00FA267B">
            <w:pPr>
              <w:jc w:val="center"/>
            </w:pPr>
            <w:proofErr w:type="spellStart"/>
            <w:r>
              <w:t>Esito</w:t>
            </w:r>
            <w:proofErr w:type="spellEnd"/>
          </w:p>
        </w:tc>
      </w:tr>
      <w:tr w:rsidR="008D3A64" w:rsidTr="00FA267B">
        <w:trPr>
          <w:jc w:val="center"/>
        </w:trPr>
        <w:tc>
          <w:tcPr>
            <w:tcW w:w="1515" w:type="dxa"/>
            <w:vAlign w:val="center"/>
          </w:tcPr>
          <w:p w:rsidR="008D3A64" w:rsidRDefault="008D3A64" w:rsidP="00FA267B">
            <w:pPr>
              <w:jc w:val="center"/>
            </w:pPr>
            <w:r>
              <w:t>1°</w:t>
            </w:r>
          </w:p>
        </w:tc>
        <w:tc>
          <w:tcPr>
            <w:tcW w:w="1515" w:type="dxa"/>
            <w:vAlign w:val="center"/>
          </w:tcPr>
          <w:p w:rsidR="008D3A64" w:rsidRDefault="008D3A64" w:rsidP="00FA267B"/>
        </w:tc>
        <w:tc>
          <w:tcPr>
            <w:tcW w:w="1515" w:type="dxa"/>
            <w:tcBorders>
              <w:right w:val="single" w:sz="4" w:space="0" w:color="auto"/>
            </w:tcBorders>
            <w:vAlign w:val="center"/>
          </w:tcPr>
          <w:p w:rsidR="008D3A64" w:rsidRDefault="008D3A64" w:rsidP="00FA267B"/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D3A64" w:rsidRDefault="008D3A64" w:rsidP="00FA267B"/>
        </w:tc>
        <w:tc>
          <w:tcPr>
            <w:tcW w:w="1515" w:type="dxa"/>
            <w:tcBorders>
              <w:left w:val="single" w:sz="4" w:space="0" w:color="auto"/>
            </w:tcBorders>
            <w:vAlign w:val="center"/>
          </w:tcPr>
          <w:p w:rsidR="008D3A64" w:rsidRDefault="008D3A64" w:rsidP="00FA267B">
            <w:pPr>
              <w:jc w:val="center"/>
            </w:pPr>
            <w:r>
              <w:t>1°</w:t>
            </w:r>
          </w:p>
        </w:tc>
        <w:tc>
          <w:tcPr>
            <w:tcW w:w="1515" w:type="dxa"/>
            <w:vAlign w:val="center"/>
          </w:tcPr>
          <w:p w:rsidR="008D3A64" w:rsidRDefault="008D3A64" w:rsidP="00FA267B"/>
        </w:tc>
        <w:tc>
          <w:tcPr>
            <w:tcW w:w="1515" w:type="dxa"/>
            <w:vAlign w:val="center"/>
          </w:tcPr>
          <w:p w:rsidR="008D3A64" w:rsidRDefault="008D3A64" w:rsidP="00FA267B"/>
        </w:tc>
      </w:tr>
      <w:tr w:rsidR="008D3A64" w:rsidTr="00FA267B">
        <w:trPr>
          <w:jc w:val="center"/>
        </w:trPr>
        <w:tc>
          <w:tcPr>
            <w:tcW w:w="1515" w:type="dxa"/>
            <w:vAlign w:val="center"/>
          </w:tcPr>
          <w:p w:rsidR="008D3A64" w:rsidRDefault="008D3A64" w:rsidP="00FA267B">
            <w:pPr>
              <w:jc w:val="center"/>
            </w:pPr>
            <w:r>
              <w:t>2°</w:t>
            </w:r>
          </w:p>
        </w:tc>
        <w:tc>
          <w:tcPr>
            <w:tcW w:w="1515" w:type="dxa"/>
            <w:vAlign w:val="center"/>
          </w:tcPr>
          <w:p w:rsidR="008D3A64" w:rsidRDefault="008D3A64" w:rsidP="00FA267B"/>
        </w:tc>
        <w:tc>
          <w:tcPr>
            <w:tcW w:w="1515" w:type="dxa"/>
            <w:tcBorders>
              <w:right w:val="single" w:sz="4" w:space="0" w:color="auto"/>
            </w:tcBorders>
            <w:vAlign w:val="center"/>
          </w:tcPr>
          <w:p w:rsidR="008D3A64" w:rsidRDefault="008D3A64" w:rsidP="00FA267B"/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D3A64" w:rsidRDefault="008D3A64" w:rsidP="00FA267B"/>
        </w:tc>
        <w:tc>
          <w:tcPr>
            <w:tcW w:w="1515" w:type="dxa"/>
            <w:tcBorders>
              <w:left w:val="single" w:sz="4" w:space="0" w:color="auto"/>
            </w:tcBorders>
            <w:vAlign w:val="center"/>
          </w:tcPr>
          <w:p w:rsidR="008D3A64" w:rsidRDefault="008D3A64" w:rsidP="00FA267B">
            <w:pPr>
              <w:jc w:val="center"/>
            </w:pPr>
            <w:r>
              <w:t>2°</w:t>
            </w:r>
          </w:p>
        </w:tc>
        <w:tc>
          <w:tcPr>
            <w:tcW w:w="1515" w:type="dxa"/>
            <w:vAlign w:val="center"/>
          </w:tcPr>
          <w:p w:rsidR="008D3A64" w:rsidRDefault="008D3A64" w:rsidP="00FA267B"/>
        </w:tc>
        <w:tc>
          <w:tcPr>
            <w:tcW w:w="1515" w:type="dxa"/>
            <w:vAlign w:val="center"/>
          </w:tcPr>
          <w:p w:rsidR="008D3A64" w:rsidRDefault="008D3A64" w:rsidP="00FA267B"/>
        </w:tc>
      </w:tr>
      <w:tr w:rsidR="008D3A64" w:rsidTr="00FA267B">
        <w:trPr>
          <w:jc w:val="center"/>
        </w:trPr>
        <w:tc>
          <w:tcPr>
            <w:tcW w:w="1515" w:type="dxa"/>
            <w:vAlign w:val="center"/>
          </w:tcPr>
          <w:p w:rsidR="008D3A64" w:rsidRDefault="008D3A64" w:rsidP="00FA267B">
            <w:pPr>
              <w:jc w:val="center"/>
            </w:pPr>
            <w:r>
              <w:t>3°</w:t>
            </w:r>
          </w:p>
        </w:tc>
        <w:tc>
          <w:tcPr>
            <w:tcW w:w="1515" w:type="dxa"/>
            <w:vAlign w:val="center"/>
          </w:tcPr>
          <w:p w:rsidR="008D3A64" w:rsidRDefault="008D3A64" w:rsidP="00FA267B"/>
        </w:tc>
        <w:tc>
          <w:tcPr>
            <w:tcW w:w="1515" w:type="dxa"/>
            <w:tcBorders>
              <w:right w:val="single" w:sz="4" w:space="0" w:color="auto"/>
            </w:tcBorders>
            <w:vAlign w:val="center"/>
          </w:tcPr>
          <w:p w:rsidR="008D3A64" w:rsidRDefault="008D3A64" w:rsidP="00FA267B"/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D3A64" w:rsidRDefault="008D3A64" w:rsidP="00FA267B"/>
        </w:tc>
        <w:tc>
          <w:tcPr>
            <w:tcW w:w="1515" w:type="dxa"/>
            <w:tcBorders>
              <w:left w:val="single" w:sz="4" w:space="0" w:color="auto"/>
            </w:tcBorders>
            <w:vAlign w:val="center"/>
          </w:tcPr>
          <w:p w:rsidR="008D3A64" w:rsidRDefault="008D3A64" w:rsidP="00FA267B">
            <w:pPr>
              <w:jc w:val="center"/>
            </w:pPr>
            <w:r>
              <w:t>3°</w:t>
            </w:r>
          </w:p>
        </w:tc>
        <w:tc>
          <w:tcPr>
            <w:tcW w:w="1515" w:type="dxa"/>
            <w:vAlign w:val="center"/>
          </w:tcPr>
          <w:p w:rsidR="008D3A64" w:rsidRDefault="008D3A64" w:rsidP="00FA267B"/>
        </w:tc>
        <w:tc>
          <w:tcPr>
            <w:tcW w:w="1515" w:type="dxa"/>
            <w:vAlign w:val="center"/>
          </w:tcPr>
          <w:p w:rsidR="008D3A64" w:rsidRDefault="008D3A64" w:rsidP="00FA267B"/>
        </w:tc>
      </w:tr>
      <w:tr w:rsidR="008D3A64" w:rsidTr="00FA267B">
        <w:trPr>
          <w:jc w:val="center"/>
        </w:trPr>
        <w:tc>
          <w:tcPr>
            <w:tcW w:w="1515" w:type="dxa"/>
            <w:vAlign w:val="center"/>
          </w:tcPr>
          <w:p w:rsidR="008D3A64" w:rsidRDefault="008D3A64" w:rsidP="00FA267B">
            <w:pPr>
              <w:jc w:val="center"/>
            </w:pPr>
            <w:r>
              <w:t>4°</w:t>
            </w:r>
          </w:p>
        </w:tc>
        <w:tc>
          <w:tcPr>
            <w:tcW w:w="1515" w:type="dxa"/>
            <w:vAlign w:val="center"/>
          </w:tcPr>
          <w:p w:rsidR="008D3A64" w:rsidRDefault="008D3A64" w:rsidP="00FA267B"/>
        </w:tc>
        <w:tc>
          <w:tcPr>
            <w:tcW w:w="1515" w:type="dxa"/>
            <w:tcBorders>
              <w:right w:val="single" w:sz="4" w:space="0" w:color="auto"/>
            </w:tcBorders>
            <w:vAlign w:val="center"/>
          </w:tcPr>
          <w:p w:rsidR="008D3A64" w:rsidRDefault="008D3A64" w:rsidP="00FA267B"/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D3A64" w:rsidRDefault="008D3A64" w:rsidP="00FA267B"/>
        </w:tc>
        <w:tc>
          <w:tcPr>
            <w:tcW w:w="1515" w:type="dxa"/>
            <w:tcBorders>
              <w:left w:val="single" w:sz="4" w:space="0" w:color="auto"/>
            </w:tcBorders>
            <w:vAlign w:val="center"/>
          </w:tcPr>
          <w:p w:rsidR="008D3A64" w:rsidRDefault="008D3A64" w:rsidP="00FA267B">
            <w:pPr>
              <w:jc w:val="center"/>
            </w:pPr>
            <w:r>
              <w:t>4°</w:t>
            </w:r>
          </w:p>
        </w:tc>
        <w:tc>
          <w:tcPr>
            <w:tcW w:w="1515" w:type="dxa"/>
            <w:vAlign w:val="center"/>
          </w:tcPr>
          <w:p w:rsidR="008D3A64" w:rsidRDefault="008D3A64" w:rsidP="00FA267B"/>
        </w:tc>
        <w:tc>
          <w:tcPr>
            <w:tcW w:w="1515" w:type="dxa"/>
            <w:vAlign w:val="center"/>
          </w:tcPr>
          <w:p w:rsidR="008D3A64" w:rsidRDefault="008D3A64" w:rsidP="00FA267B"/>
        </w:tc>
      </w:tr>
      <w:tr w:rsidR="008D3A64" w:rsidTr="00FA267B">
        <w:trPr>
          <w:jc w:val="center"/>
        </w:trPr>
        <w:tc>
          <w:tcPr>
            <w:tcW w:w="1515" w:type="dxa"/>
            <w:vAlign w:val="center"/>
          </w:tcPr>
          <w:p w:rsidR="008D3A64" w:rsidRDefault="008D3A64" w:rsidP="00FA267B">
            <w:pPr>
              <w:jc w:val="center"/>
            </w:pPr>
            <w:r>
              <w:t>5°</w:t>
            </w:r>
          </w:p>
        </w:tc>
        <w:tc>
          <w:tcPr>
            <w:tcW w:w="1515" w:type="dxa"/>
            <w:vAlign w:val="center"/>
          </w:tcPr>
          <w:p w:rsidR="008D3A64" w:rsidRDefault="008D3A64" w:rsidP="00FA267B"/>
        </w:tc>
        <w:tc>
          <w:tcPr>
            <w:tcW w:w="1515" w:type="dxa"/>
            <w:tcBorders>
              <w:right w:val="single" w:sz="4" w:space="0" w:color="auto"/>
            </w:tcBorders>
            <w:vAlign w:val="center"/>
          </w:tcPr>
          <w:p w:rsidR="008D3A64" w:rsidRDefault="008D3A64" w:rsidP="00FA267B"/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D3A64" w:rsidRDefault="008D3A64" w:rsidP="00FA267B"/>
        </w:tc>
        <w:tc>
          <w:tcPr>
            <w:tcW w:w="1515" w:type="dxa"/>
            <w:tcBorders>
              <w:left w:val="single" w:sz="4" w:space="0" w:color="auto"/>
            </w:tcBorders>
            <w:vAlign w:val="center"/>
          </w:tcPr>
          <w:p w:rsidR="008D3A64" w:rsidRDefault="008D3A64" w:rsidP="00FA267B">
            <w:pPr>
              <w:jc w:val="center"/>
            </w:pPr>
            <w:r>
              <w:t>5°</w:t>
            </w:r>
          </w:p>
        </w:tc>
        <w:tc>
          <w:tcPr>
            <w:tcW w:w="1515" w:type="dxa"/>
            <w:vAlign w:val="center"/>
          </w:tcPr>
          <w:p w:rsidR="008D3A64" w:rsidRDefault="008D3A64" w:rsidP="00FA267B"/>
        </w:tc>
        <w:tc>
          <w:tcPr>
            <w:tcW w:w="1515" w:type="dxa"/>
            <w:vAlign w:val="center"/>
          </w:tcPr>
          <w:p w:rsidR="008D3A64" w:rsidRDefault="008D3A64" w:rsidP="00FA267B"/>
        </w:tc>
      </w:tr>
    </w:tbl>
    <w:p w:rsidR="008D3A64" w:rsidRDefault="008D3A64">
      <w:pPr>
        <w:spacing w:after="40"/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5"/>
        <w:gridCol w:w="1515"/>
        <w:gridCol w:w="1515"/>
        <w:gridCol w:w="1515"/>
        <w:gridCol w:w="1515"/>
        <w:gridCol w:w="1515"/>
        <w:gridCol w:w="1515"/>
      </w:tblGrid>
      <w:tr w:rsidR="008D3A64" w:rsidTr="00FA267B">
        <w:trPr>
          <w:jc w:val="center"/>
        </w:trPr>
        <w:tc>
          <w:tcPr>
            <w:tcW w:w="1515" w:type="dxa"/>
            <w:vAlign w:val="center"/>
          </w:tcPr>
          <w:p w:rsidR="008D3A64" w:rsidRDefault="008D3A64" w:rsidP="00FA267B">
            <w:pPr>
              <w:jc w:val="center"/>
            </w:pPr>
            <w:proofErr w:type="spellStart"/>
            <w:r>
              <w:t>Sequenza</w:t>
            </w:r>
            <w:proofErr w:type="spellEnd"/>
          </w:p>
        </w:tc>
        <w:tc>
          <w:tcPr>
            <w:tcW w:w="1515" w:type="dxa"/>
            <w:vAlign w:val="center"/>
          </w:tcPr>
          <w:p w:rsidR="008D3A64" w:rsidRDefault="008D3A64" w:rsidP="00FA267B">
            <w:pPr>
              <w:jc w:val="center"/>
            </w:pPr>
            <w:proofErr w:type="spellStart"/>
            <w:r>
              <w:t>Maglia</w:t>
            </w:r>
            <w:proofErr w:type="spellEnd"/>
            <w:r>
              <w:t xml:space="preserve"> n°</w:t>
            </w:r>
          </w:p>
        </w:tc>
        <w:tc>
          <w:tcPr>
            <w:tcW w:w="1515" w:type="dxa"/>
            <w:tcBorders>
              <w:right w:val="single" w:sz="4" w:space="0" w:color="auto"/>
            </w:tcBorders>
            <w:vAlign w:val="center"/>
          </w:tcPr>
          <w:p w:rsidR="008D3A64" w:rsidRDefault="008D3A64" w:rsidP="00FA267B">
            <w:pPr>
              <w:jc w:val="center"/>
            </w:pPr>
            <w:proofErr w:type="spellStart"/>
            <w:r>
              <w:t>Esito</w:t>
            </w:r>
            <w:proofErr w:type="spellEnd"/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D3A64" w:rsidRDefault="008D3A64" w:rsidP="00FA267B"/>
        </w:tc>
        <w:tc>
          <w:tcPr>
            <w:tcW w:w="1515" w:type="dxa"/>
            <w:tcBorders>
              <w:left w:val="single" w:sz="4" w:space="0" w:color="auto"/>
            </w:tcBorders>
            <w:vAlign w:val="center"/>
          </w:tcPr>
          <w:p w:rsidR="008D3A64" w:rsidRDefault="008D3A64" w:rsidP="00FA267B">
            <w:pPr>
              <w:jc w:val="center"/>
            </w:pPr>
            <w:proofErr w:type="spellStart"/>
            <w:r>
              <w:t>Sequenza</w:t>
            </w:r>
            <w:proofErr w:type="spellEnd"/>
          </w:p>
        </w:tc>
        <w:tc>
          <w:tcPr>
            <w:tcW w:w="1515" w:type="dxa"/>
            <w:vAlign w:val="center"/>
          </w:tcPr>
          <w:p w:rsidR="008D3A64" w:rsidRDefault="008D3A64" w:rsidP="00FA267B">
            <w:pPr>
              <w:jc w:val="center"/>
            </w:pPr>
            <w:proofErr w:type="spellStart"/>
            <w:r>
              <w:t>Maglia</w:t>
            </w:r>
            <w:proofErr w:type="spellEnd"/>
            <w:r>
              <w:t xml:space="preserve"> n°</w:t>
            </w:r>
          </w:p>
        </w:tc>
        <w:tc>
          <w:tcPr>
            <w:tcW w:w="1515" w:type="dxa"/>
            <w:vAlign w:val="center"/>
          </w:tcPr>
          <w:p w:rsidR="008D3A64" w:rsidRDefault="008D3A64" w:rsidP="00FA267B">
            <w:pPr>
              <w:jc w:val="center"/>
            </w:pPr>
            <w:proofErr w:type="spellStart"/>
            <w:r>
              <w:t>Esito</w:t>
            </w:r>
            <w:proofErr w:type="spellEnd"/>
          </w:p>
        </w:tc>
      </w:tr>
      <w:tr w:rsidR="008D3A64" w:rsidTr="00FA267B">
        <w:trPr>
          <w:jc w:val="center"/>
        </w:trPr>
        <w:tc>
          <w:tcPr>
            <w:tcW w:w="1515" w:type="dxa"/>
            <w:vAlign w:val="center"/>
          </w:tcPr>
          <w:p w:rsidR="008D3A64" w:rsidRDefault="008D3A64" w:rsidP="00FA267B">
            <w:pPr>
              <w:jc w:val="center"/>
            </w:pPr>
            <w:r>
              <w:t>1°</w:t>
            </w:r>
          </w:p>
        </w:tc>
        <w:tc>
          <w:tcPr>
            <w:tcW w:w="1515" w:type="dxa"/>
            <w:vAlign w:val="center"/>
          </w:tcPr>
          <w:p w:rsidR="008D3A64" w:rsidRDefault="008D3A64" w:rsidP="00FA267B"/>
        </w:tc>
        <w:tc>
          <w:tcPr>
            <w:tcW w:w="1515" w:type="dxa"/>
            <w:tcBorders>
              <w:right w:val="single" w:sz="4" w:space="0" w:color="auto"/>
            </w:tcBorders>
            <w:vAlign w:val="center"/>
          </w:tcPr>
          <w:p w:rsidR="008D3A64" w:rsidRDefault="008D3A64" w:rsidP="00FA267B"/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D3A64" w:rsidRDefault="008D3A64" w:rsidP="00FA267B"/>
        </w:tc>
        <w:tc>
          <w:tcPr>
            <w:tcW w:w="1515" w:type="dxa"/>
            <w:tcBorders>
              <w:left w:val="single" w:sz="4" w:space="0" w:color="auto"/>
            </w:tcBorders>
            <w:vAlign w:val="center"/>
          </w:tcPr>
          <w:p w:rsidR="008D3A64" w:rsidRDefault="008D3A64" w:rsidP="00FA267B">
            <w:pPr>
              <w:jc w:val="center"/>
            </w:pPr>
            <w:r>
              <w:t>1°</w:t>
            </w:r>
          </w:p>
        </w:tc>
        <w:tc>
          <w:tcPr>
            <w:tcW w:w="1515" w:type="dxa"/>
            <w:vAlign w:val="center"/>
          </w:tcPr>
          <w:p w:rsidR="008D3A64" w:rsidRDefault="008D3A64" w:rsidP="00FA267B"/>
        </w:tc>
        <w:tc>
          <w:tcPr>
            <w:tcW w:w="1515" w:type="dxa"/>
            <w:vAlign w:val="center"/>
          </w:tcPr>
          <w:p w:rsidR="008D3A64" w:rsidRDefault="008D3A64" w:rsidP="00FA267B"/>
        </w:tc>
      </w:tr>
      <w:tr w:rsidR="008D3A64" w:rsidTr="00FA267B">
        <w:trPr>
          <w:jc w:val="center"/>
        </w:trPr>
        <w:tc>
          <w:tcPr>
            <w:tcW w:w="1515" w:type="dxa"/>
            <w:vAlign w:val="center"/>
          </w:tcPr>
          <w:p w:rsidR="008D3A64" w:rsidRDefault="008D3A64" w:rsidP="00FA267B">
            <w:pPr>
              <w:jc w:val="center"/>
            </w:pPr>
            <w:r>
              <w:t>2°</w:t>
            </w:r>
          </w:p>
        </w:tc>
        <w:tc>
          <w:tcPr>
            <w:tcW w:w="1515" w:type="dxa"/>
            <w:vAlign w:val="center"/>
          </w:tcPr>
          <w:p w:rsidR="008D3A64" w:rsidRDefault="008D3A64" w:rsidP="00FA267B"/>
        </w:tc>
        <w:tc>
          <w:tcPr>
            <w:tcW w:w="1515" w:type="dxa"/>
            <w:tcBorders>
              <w:right w:val="single" w:sz="4" w:space="0" w:color="auto"/>
            </w:tcBorders>
            <w:vAlign w:val="center"/>
          </w:tcPr>
          <w:p w:rsidR="008D3A64" w:rsidRDefault="008D3A64" w:rsidP="00FA267B"/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D3A64" w:rsidRDefault="008D3A64" w:rsidP="00FA267B"/>
        </w:tc>
        <w:tc>
          <w:tcPr>
            <w:tcW w:w="1515" w:type="dxa"/>
            <w:tcBorders>
              <w:left w:val="single" w:sz="4" w:space="0" w:color="auto"/>
            </w:tcBorders>
            <w:vAlign w:val="center"/>
          </w:tcPr>
          <w:p w:rsidR="008D3A64" w:rsidRDefault="008D3A64" w:rsidP="00FA267B">
            <w:pPr>
              <w:jc w:val="center"/>
            </w:pPr>
            <w:r>
              <w:t>2°</w:t>
            </w:r>
          </w:p>
        </w:tc>
        <w:tc>
          <w:tcPr>
            <w:tcW w:w="1515" w:type="dxa"/>
            <w:vAlign w:val="center"/>
          </w:tcPr>
          <w:p w:rsidR="008D3A64" w:rsidRDefault="008D3A64" w:rsidP="00FA267B"/>
        </w:tc>
        <w:tc>
          <w:tcPr>
            <w:tcW w:w="1515" w:type="dxa"/>
            <w:vAlign w:val="center"/>
          </w:tcPr>
          <w:p w:rsidR="008D3A64" w:rsidRDefault="008D3A64" w:rsidP="00FA267B"/>
        </w:tc>
      </w:tr>
      <w:tr w:rsidR="008D3A64" w:rsidTr="00FA267B">
        <w:trPr>
          <w:jc w:val="center"/>
        </w:trPr>
        <w:tc>
          <w:tcPr>
            <w:tcW w:w="1515" w:type="dxa"/>
            <w:vAlign w:val="center"/>
          </w:tcPr>
          <w:p w:rsidR="008D3A64" w:rsidRDefault="008D3A64" w:rsidP="00FA267B">
            <w:pPr>
              <w:jc w:val="center"/>
            </w:pPr>
            <w:r>
              <w:t>3°</w:t>
            </w:r>
          </w:p>
        </w:tc>
        <w:tc>
          <w:tcPr>
            <w:tcW w:w="1515" w:type="dxa"/>
            <w:vAlign w:val="center"/>
          </w:tcPr>
          <w:p w:rsidR="008D3A64" w:rsidRDefault="008D3A64" w:rsidP="00FA267B"/>
        </w:tc>
        <w:tc>
          <w:tcPr>
            <w:tcW w:w="1515" w:type="dxa"/>
            <w:tcBorders>
              <w:right w:val="single" w:sz="4" w:space="0" w:color="auto"/>
            </w:tcBorders>
            <w:vAlign w:val="center"/>
          </w:tcPr>
          <w:p w:rsidR="008D3A64" w:rsidRDefault="008D3A64" w:rsidP="00FA267B"/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D3A64" w:rsidRDefault="008D3A64" w:rsidP="00FA267B"/>
        </w:tc>
        <w:tc>
          <w:tcPr>
            <w:tcW w:w="1515" w:type="dxa"/>
            <w:tcBorders>
              <w:left w:val="single" w:sz="4" w:space="0" w:color="auto"/>
            </w:tcBorders>
            <w:vAlign w:val="center"/>
          </w:tcPr>
          <w:p w:rsidR="008D3A64" w:rsidRDefault="008D3A64" w:rsidP="00FA267B">
            <w:pPr>
              <w:jc w:val="center"/>
            </w:pPr>
            <w:r>
              <w:t>3°</w:t>
            </w:r>
          </w:p>
        </w:tc>
        <w:tc>
          <w:tcPr>
            <w:tcW w:w="1515" w:type="dxa"/>
            <w:vAlign w:val="center"/>
          </w:tcPr>
          <w:p w:rsidR="008D3A64" w:rsidRDefault="008D3A64" w:rsidP="00FA267B"/>
        </w:tc>
        <w:tc>
          <w:tcPr>
            <w:tcW w:w="1515" w:type="dxa"/>
            <w:vAlign w:val="center"/>
          </w:tcPr>
          <w:p w:rsidR="008D3A64" w:rsidRDefault="008D3A64" w:rsidP="00FA267B"/>
        </w:tc>
      </w:tr>
      <w:tr w:rsidR="008D3A64" w:rsidTr="00FA267B">
        <w:trPr>
          <w:jc w:val="center"/>
        </w:trPr>
        <w:tc>
          <w:tcPr>
            <w:tcW w:w="1515" w:type="dxa"/>
            <w:vAlign w:val="center"/>
          </w:tcPr>
          <w:p w:rsidR="008D3A64" w:rsidRDefault="008D3A64" w:rsidP="00FA267B">
            <w:pPr>
              <w:jc w:val="center"/>
            </w:pPr>
            <w:r>
              <w:t>4°</w:t>
            </w:r>
          </w:p>
        </w:tc>
        <w:tc>
          <w:tcPr>
            <w:tcW w:w="1515" w:type="dxa"/>
            <w:vAlign w:val="center"/>
          </w:tcPr>
          <w:p w:rsidR="008D3A64" w:rsidRDefault="008D3A64" w:rsidP="00FA267B"/>
        </w:tc>
        <w:tc>
          <w:tcPr>
            <w:tcW w:w="1515" w:type="dxa"/>
            <w:tcBorders>
              <w:right w:val="single" w:sz="4" w:space="0" w:color="auto"/>
            </w:tcBorders>
            <w:vAlign w:val="center"/>
          </w:tcPr>
          <w:p w:rsidR="008D3A64" w:rsidRDefault="008D3A64" w:rsidP="00FA267B"/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D3A64" w:rsidRDefault="008D3A64" w:rsidP="00FA267B"/>
        </w:tc>
        <w:tc>
          <w:tcPr>
            <w:tcW w:w="1515" w:type="dxa"/>
            <w:tcBorders>
              <w:left w:val="single" w:sz="4" w:space="0" w:color="auto"/>
            </w:tcBorders>
            <w:vAlign w:val="center"/>
          </w:tcPr>
          <w:p w:rsidR="008D3A64" w:rsidRDefault="008D3A64" w:rsidP="00FA267B">
            <w:pPr>
              <w:jc w:val="center"/>
            </w:pPr>
            <w:r>
              <w:t>4°</w:t>
            </w:r>
          </w:p>
        </w:tc>
        <w:tc>
          <w:tcPr>
            <w:tcW w:w="1515" w:type="dxa"/>
            <w:vAlign w:val="center"/>
          </w:tcPr>
          <w:p w:rsidR="008D3A64" w:rsidRDefault="008D3A64" w:rsidP="00FA267B"/>
        </w:tc>
        <w:tc>
          <w:tcPr>
            <w:tcW w:w="1515" w:type="dxa"/>
            <w:vAlign w:val="center"/>
          </w:tcPr>
          <w:p w:rsidR="008D3A64" w:rsidRDefault="008D3A64" w:rsidP="00FA267B"/>
        </w:tc>
      </w:tr>
      <w:tr w:rsidR="008D3A64" w:rsidTr="00FA267B">
        <w:trPr>
          <w:jc w:val="center"/>
        </w:trPr>
        <w:tc>
          <w:tcPr>
            <w:tcW w:w="1515" w:type="dxa"/>
            <w:vAlign w:val="center"/>
          </w:tcPr>
          <w:p w:rsidR="008D3A64" w:rsidRDefault="008D3A64" w:rsidP="00FA267B">
            <w:pPr>
              <w:jc w:val="center"/>
            </w:pPr>
            <w:r>
              <w:t>5°</w:t>
            </w:r>
          </w:p>
        </w:tc>
        <w:tc>
          <w:tcPr>
            <w:tcW w:w="1515" w:type="dxa"/>
            <w:vAlign w:val="center"/>
          </w:tcPr>
          <w:p w:rsidR="008D3A64" w:rsidRDefault="008D3A64" w:rsidP="00FA267B"/>
        </w:tc>
        <w:tc>
          <w:tcPr>
            <w:tcW w:w="1515" w:type="dxa"/>
            <w:tcBorders>
              <w:right w:val="single" w:sz="4" w:space="0" w:color="auto"/>
            </w:tcBorders>
            <w:vAlign w:val="center"/>
          </w:tcPr>
          <w:p w:rsidR="008D3A64" w:rsidRDefault="008D3A64" w:rsidP="00FA267B"/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D3A64" w:rsidRDefault="008D3A64" w:rsidP="00FA267B"/>
        </w:tc>
        <w:tc>
          <w:tcPr>
            <w:tcW w:w="1515" w:type="dxa"/>
            <w:tcBorders>
              <w:left w:val="single" w:sz="4" w:space="0" w:color="auto"/>
            </w:tcBorders>
            <w:vAlign w:val="center"/>
          </w:tcPr>
          <w:p w:rsidR="008D3A64" w:rsidRDefault="008D3A64" w:rsidP="00FA267B">
            <w:pPr>
              <w:jc w:val="center"/>
            </w:pPr>
            <w:r>
              <w:t>5°</w:t>
            </w:r>
          </w:p>
        </w:tc>
        <w:tc>
          <w:tcPr>
            <w:tcW w:w="1515" w:type="dxa"/>
            <w:vAlign w:val="center"/>
          </w:tcPr>
          <w:p w:rsidR="008D3A64" w:rsidRDefault="008D3A64" w:rsidP="00FA267B"/>
        </w:tc>
        <w:tc>
          <w:tcPr>
            <w:tcW w:w="1515" w:type="dxa"/>
            <w:vAlign w:val="center"/>
          </w:tcPr>
          <w:p w:rsidR="008D3A64" w:rsidRDefault="008D3A64" w:rsidP="00FA267B"/>
        </w:tc>
      </w:tr>
    </w:tbl>
    <w:p w:rsidR="00525E3A" w:rsidRDefault="00525E3A">
      <w:pPr>
        <w:spacing w:after="200"/>
        <w:jc w:val="center"/>
        <w:rPr>
          <w:b/>
        </w:rPr>
      </w:pPr>
    </w:p>
    <w:p w:rsidR="009D1422" w:rsidRDefault="008D3A64">
      <w:pPr>
        <w:spacing w:after="200"/>
        <w:jc w:val="center"/>
        <w:rPr>
          <w:b/>
        </w:rPr>
      </w:pPr>
      <w:r>
        <w:rPr>
          <w:b/>
        </w:rPr>
        <w:t>RISULTATO FINALE SHOOT OUT</w:t>
      </w:r>
      <w:r>
        <w:rPr>
          <w:b/>
        </w:rPr>
        <w:t>: ___________</w:t>
      </w:r>
    </w:p>
    <w:p w:rsidR="008D3A64" w:rsidRDefault="008D3A64">
      <w:pPr>
        <w:spacing w:after="200"/>
        <w:jc w:val="center"/>
      </w:pPr>
    </w:p>
    <w:p w:rsidR="009D1422" w:rsidRDefault="008D3A64">
      <w:pPr>
        <w:spacing w:after="20"/>
        <w:jc w:val="center"/>
      </w:pPr>
      <w:r>
        <w:t>_________________________________________     _________________________________________</w:t>
      </w:r>
    </w:p>
    <w:p w:rsidR="009D1422" w:rsidRDefault="008D3A64">
      <w:pPr>
        <w:spacing w:after="180"/>
        <w:jc w:val="center"/>
        <w:rPr>
          <w:sz w:val="16"/>
        </w:rPr>
      </w:pPr>
      <w:r>
        <w:rPr>
          <w:sz w:val="16"/>
        </w:rPr>
        <w:t xml:space="preserve">Firma del </w:t>
      </w:r>
      <w:proofErr w:type="spellStart"/>
      <w:r>
        <w:rPr>
          <w:sz w:val="16"/>
        </w:rPr>
        <w:t>Dirigente</w:t>
      </w:r>
      <w:proofErr w:type="spellEnd"/>
      <w:r>
        <w:rPr>
          <w:sz w:val="16"/>
        </w:rPr>
        <w:t xml:space="preserve">             </w:t>
      </w:r>
      <w:r>
        <w:rPr>
          <w:sz w:val="16"/>
        </w:rPr>
        <w:t xml:space="preserve">                               Firma del </w:t>
      </w:r>
      <w:proofErr w:type="spellStart"/>
      <w:r>
        <w:rPr>
          <w:sz w:val="16"/>
        </w:rPr>
        <w:t>Dirigente</w:t>
      </w:r>
      <w:proofErr w:type="spellEnd"/>
    </w:p>
    <w:p w:rsidR="008D3A64" w:rsidRDefault="008D3A64">
      <w:pPr>
        <w:spacing w:after="180"/>
        <w:jc w:val="center"/>
      </w:pPr>
    </w:p>
    <w:p w:rsidR="009D1422" w:rsidRDefault="008D3A64">
      <w:pPr>
        <w:spacing w:after="20"/>
        <w:jc w:val="center"/>
      </w:pPr>
      <w:r>
        <w:t>_________________________________________     _________________________________________</w:t>
      </w:r>
    </w:p>
    <w:p w:rsidR="009D1422" w:rsidRDefault="008D3A64">
      <w:pPr>
        <w:spacing w:after="180"/>
        <w:jc w:val="center"/>
        <w:rPr>
          <w:sz w:val="16"/>
        </w:rPr>
      </w:pPr>
      <w:r>
        <w:rPr>
          <w:sz w:val="16"/>
        </w:rPr>
        <w:t xml:space="preserve">Firma </w:t>
      </w:r>
      <w:proofErr w:type="spellStart"/>
      <w:r>
        <w:rPr>
          <w:sz w:val="16"/>
        </w:rPr>
        <w:t>Arbitro</w:t>
      </w:r>
      <w:proofErr w:type="spellEnd"/>
      <w:r>
        <w:rPr>
          <w:sz w:val="16"/>
        </w:rPr>
        <w:t xml:space="preserve">                                                        Firma </w:t>
      </w:r>
      <w:proofErr w:type="spellStart"/>
      <w:r>
        <w:rPr>
          <w:sz w:val="16"/>
        </w:rPr>
        <w:t>Arbitro</w:t>
      </w:r>
      <w:proofErr w:type="spellEnd"/>
    </w:p>
    <w:p w:rsidR="00525E3A" w:rsidRDefault="00525E3A">
      <w:pPr>
        <w:spacing w:after="180"/>
        <w:jc w:val="center"/>
      </w:pPr>
    </w:p>
    <w:p w:rsidR="00525E3A" w:rsidRDefault="00525E3A">
      <w:pPr>
        <w:spacing w:after="20"/>
        <w:jc w:val="center"/>
      </w:pPr>
    </w:p>
    <w:p w:rsidR="009D1422" w:rsidRDefault="008D3A64" w:rsidP="008D3A64">
      <w:pPr>
        <w:jc w:val="center"/>
        <w:rPr>
          <w:sz w:val="16"/>
        </w:rPr>
      </w:pPr>
      <w:r>
        <w:rPr>
          <w:sz w:val="16"/>
        </w:rPr>
        <w:t>_____</w:t>
      </w:r>
      <w:r>
        <w:rPr>
          <w:sz w:val="16"/>
        </w:rPr>
        <w:t>____________________________________________________________________________________________</w:t>
      </w:r>
    </w:p>
    <w:p w:rsidR="008D3A64" w:rsidRDefault="008D3A64">
      <w:pPr>
        <w:spacing w:after="140"/>
        <w:jc w:val="center"/>
      </w:pPr>
      <w:r>
        <w:rPr>
          <w:sz w:val="16"/>
        </w:rPr>
        <w:t xml:space="preserve">Firma del </w:t>
      </w:r>
      <w:proofErr w:type="spellStart"/>
      <w:r>
        <w:rPr>
          <w:sz w:val="16"/>
        </w:rPr>
        <w:t>Delegato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Tecnico</w:t>
      </w:r>
      <w:proofErr w:type="spellEnd"/>
      <w:r>
        <w:rPr>
          <w:sz w:val="16"/>
        </w:rPr>
        <w:t xml:space="preserve"> di Campo</w:t>
      </w:r>
    </w:p>
    <w:p w:rsidR="008D3A64" w:rsidRDefault="008D3A64"/>
    <w:p w:rsidR="009D1422" w:rsidRDefault="008D3A64" w:rsidP="008D3A64">
      <w:pPr>
        <w:spacing w:line="360" w:lineRule="auto"/>
      </w:pPr>
      <w:proofErr w:type="spellStart"/>
      <w:r>
        <w:t>Osservazioni</w:t>
      </w:r>
      <w:proofErr w:type="spellEnd"/>
      <w:r>
        <w:t>: ____________________________________________________________________________________________</w:t>
      </w:r>
    </w:p>
    <w:p w:rsidR="008D3A64" w:rsidRDefault="008D3A64" w:rsidP="008D3A64">
      <w:pPr>
        <w:spacing w:line="360" w:lineRule="auto"/>
      </w:pPr>
      <w:r>
        <w:t>_______________________________________________________________________________________________________</w:t>
      </w:r>
    </w:p>
    <w:p w:rsidR="008D3A64" w:rsidRDefault="008D3A64" w:rsidP="008D3A64">
      <w:pPr>
        <w:spacing w:line="360" w:lineRule="auto"/>
      </w:pPr>
      <w:r>
        <w:t>_______________________________________________________________________________________________________</w:t>
      </w:r>
    </w:p>
    <w:p w:rsidR="008D3A64" w:rsidRDefault="008D3A64" w:rsidP="008D3A64">
      <w:pPr>
        <w:spacing w:line="360" w:lineRule="auto"/>
      </w:pPr>
      <w:r>
        <w:t>_______________________________________________________________________________________________________</w:t>
      </w:r>
    </w:p>
    <w:p w:rsidR="008D3A64" w:rsidRDefault="008D3A64" w:rsidP="008D3A64">
      <w:pPr>
        <w:spacing w:line="360" w:lineRule="auto"/>
      </w:pPr>
      <w:r>
        <w:t>_______________________________________________________________________________________________________</w:t>
      </w:r>
    </w:p>
    <w:p w:rsidR="008D3A64" w:rsidRDefault="008D3A64" w:rsidP="008D3A64">
      <w:pPr>
        <w:spacing w:line="360" w:lineRule="auto"/>
      </w:pPr>
      <w:r>
        <w:t>_______________________________________________________________________________________________________</w:t>
      </w:r>
      <w:bookmarkStart w:id="0" w:name="_GoBack"/>
      <w:bookmarkEnd w:id="0"/>
    </w:p>
    <w:sectPr w:rsidR="008D3A64" w:rsidSect="00034616">
      <w:pgSz w:w="11906" w:h="16838"/>
      <w:pgMar w:top="454" w:right="652" w:bottom="454" w:left="6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25E3A"/>
    <w:rsid w:val="008D3A64"/>
    <w:rsid w:val="009D142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44E493"/>
  <w14:defaultImageDpi w14:val="300"/>
  <w15:docId w15:val="{004728DD-5FBF-45A5-B227-880EFEAD6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D086FFD-B001-4044-AD81-A2B3436EE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Stefano Bresciani</cp:lastModifiedBy>
  <cp:revision>2</cp:revision>
  <dcterms:created xsi:type="dcterms:W3CDTF">2026-10-26T13:20:00Z</dcterms:created>
  <dcterms:modified xsi:type="dcterms:W3CDTF">2026-10-26T13:20:00Z</dcterms:modified>
  <cp:category/>
</cp:coreProperties>
</file>