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709" w:rsidRDefault="00505842">
      <w:pPr>
        <w:spacing w:after="20"/>
        <w:jc w:val="center"/>
      </w:pPr>
      <w:r>
        <w:rPr>
          <w:b/>
          <w:sz w:val="24"/>
        </w:rPr>
        <w:t>RICHIESTA PRIMO TESSERAMENTO</w:t>
      </w:r>
    </w:p>
    <w:p w:rsidR="00090709" w:rsidRDefault="00505842">
      <w:pPr>
        <w:spacing w:after="460"/>
        <w:jc w:val="center"/>
      </w:pPr>
      <w:r>
        <w:t xml:space="preserve">(Arbitri Effettivi, Arbitri Complementari, </w:t>
      </w:r>
      <w:proofErr w:type="spellStart"/>
      <w:r>
        <w:t>Arbitri</w:t>
      </w:r>
      <w:proofErr w:type="spellEnd"/>
      <w:r>
        <w:t xml:space="preserve"> </w:t>
      </w:r>
      <w:proofErr w:type="spellStart"/>
      <w:r w:rsidR="00D77AF6">
        <w:t>Societari</w:t>
      </w:r>
      <w:proofErr w:type="spellEnd"/>
      <w:r w:rsidR="00D77AF6">
        <w:t xml:space="preserve">, </w:t>
      </w:r>
      <w:proofErr w:type="spellStart"/>
      <w:r w:rsidR="00D77AF6">
        <w:t>Referenti</w:t>
      </w:r>
      <w:proofErr w:type="spellEnd"/>
      <w:r w:rsidR="00D77AF6">
        <w:t xml:space="preserve"> </w:t>
      </w:r>
      <w:proofErr w:type="spellStart"/>
      <w:r w:rsidR="00D77AF6">
        <w:t>Tecnici</w:t>
      </w:r>
      <w:proofErr w:type="spellEnd"/>
      <w:r w:rsidR="00D77AF6">
        <w:t>/Umpire Manager</w:t>
      </w:r>
      <w:bookmarkStart w:id="0" w:name="_GoBack"/>
      <w:bookmarkEnd w:id="0"/>
      <w:r>
        <w:t>)</w:t>
      </w:r>
    </w:p>
    <w:p w:rsidR="00090709" w:rsidRDefault="00505842">
      <w:pPr>
        <w:spacing w:after="80"/>
      </w:pPr>
      <w:r>
        <w:t>Il sottoscritto __________________________________________________________</w:t>
      </w:r>
    </w:p>
    <w:p w:rsidR="00090709" w:rsidRDefault="00505842">
      <w:pPr>
        <w:spacing w:after="80"/>
      </w:pPr>
      <w:r>
        <w:t>chiede di effettuare il tesseramento per l’anno sportivo 2021/2022;</w:t>
      </w:r>
    </w:p>
    <w:p w:rsidR="00090709" w:rsidRDefault="00505842">
      <w:pPr>
        <w:spacing w:after="480"/>
      </w:pPr>
      <w:r>
        <w:t>Delegazione Regionale di competenza ______________________________________</w:t>
      </w:r>
    </w:p>
    <w:p w:rsidR="00090709" w:rsidRDefault="00505842">
      <w:pPr>
        <w:spacing w:after="280"/>
        <w:jc w:val="center"/>
      </w:pPr>
      <w:r>
        <w:rPr>
          <w:b/>
          <w:sz w:val="20"/>
        </w:rPr>
        <w:t>Dati Anagrafici</w:t>
      </w:r>
    </w:p>
    <w:p w:rsidR="00090709" w:rsidRDefault="00505842">
      <w:pPr>
        <w:spacing w:after="80"/>
      </w:pPr>
      <w:r>
        <w:t>Cognome __________________________ Nome __________________________________</w:t>
      </w:r>
    </w:p>
    <w:p w:rsidR="00090709" w:rsidRDefault="00505842">
      <w:pPr>
        <w:spacing w:after="80"/>
      </w:pPr>
      <w:r>
        <w:t>Nato/a il ___________________ Comune di nascita ______________________________</w:t>
      </w:r>
    </w:p>
    <w:p w:rsidR="00090709" w:rsidRDefault="00505842">
      <w:pPr>
        <w:spacing w:after="80"/>
      </w:pPr>
      <w:r>
        <w:t>Provincia d</w:t>
      </w:r>
      <w:r>
        <w:t>i ________________ Codice Fiscale __________________________________</w:t>
      </w:r>
    </w:p>
    <w:p w:rsidR="00090709" w:rsidRDefault="00505842">
      <w:pPr>
        <w:spacing w:after="80"/>
      </w:pPr>
      <w:r>
        <w:t>Codice IBAN OBBLIGATORIO __________________________________________________</w:t>
      </w:r>
    </w:p>
    <w:p w:rsidR="00090709" w:rsidRDefault="00505842">
      <w:pPr>
        <w:spacing w:after="80"/>
      </w:pPr>
      <w:r>
        <w:t>Indirizzo _________________________________________________ N. ______________</w:t>
      </w:r>
    </w:p>
    <w:p w:rsidR="00090709" w:rsidRDefault="00505842">
      <w:pPr>
        <w:spacing w:after="80"/>
      </w:pPr>
      <w:r>
        <w:t>C.A.P. _____________ Località ___</w:t>
      </w:r>
      <w:r>
        <w:t>_______________________ Provincia ____________</w:t>
      </w:r>
    </w:p>
    <w:p w:rsidR="00090709" w:rsidRDefault="00505842">
      <w:pPr>
        <w:spacing w:after="80"/>
      </w:pPr>
      <w:r>
        <w:t>Recapiti telefonici:           CASA                   ___________ / __________________</w:t>
      </w:r>
    </w:p>
    <w:p w:rsidR="00090709" w:rsidRDefault="00505842">
      <w:pPr>
        <w:spacing w:after="80"/>
      </w:pPr>
      <w:r>
        <w:t xml:space="preserve">                                          UFFICIO               ___________ / __________________</w:t>
      </w:r>
    </w:p>
    <w:p w:rsidR="00090709" w:rsidRDefault="00505842">
      <w:pPr>
        <w:spacing w:after="80"/>
      </w:pPr>
      <w:r>
        <w:t xml:space="preserve">                         </w:t>
      </w:r>
      <w:r>
        <w:t xml:space="preserve">                 CELLULARE          ___________ / __________________</w:t>
      </w:r>
    </w:p>
    <w:p w:rsidR="00090709" w:rsidRDefault="00505842">
      <w:pPr>
        <w:spacing w:after="420"/>
      </w:pPr>
      <w:r>
        <w:t xml:space="preserve">                                          E-MAIL                ______________________________</w:t>
      </w:r>
    </w:p>
    <w:p w:rsidR="00090709" w:rsidRDefault="00505842">
      <w:pPr>
        <w:spacing w:after="160"/>
      </w:pPr>
      <w:r>
        <w:t>Indicare la qualifica di appartenenza:</w:t>
      </w:r>
    </w:p>
    <w:p w:rsidR="00090709" w:rsidRDefault="00505842">
      <w:pPr>
        <w:spacing w:after="280"/>
      </w:pPr>
      <w:r>
        <w:t>☐</w:t>
      </w:r>
      <w:r>
        <w:t xml:space="preserve"> Arbitro Effettivo      ☐ Arbitri Complementare     </w:t>
      </w:r>
      <w:r>
        <w:t xml:space="preserve"> ☐ Arbitro </w:t>
      </w:r>
      <w:proofErr w:type="spellStart"/>
      <w:r w:rsidR="004714E9">
        <w:t>Societario</w:t>
      </w:r>
      <w:proofErr w:type="spellEnd"/>
      <w:r>
        <w:t xml:space="preserve">      ☐ </w:t>
      </w:r>
      <w:proofErr w:type="spellStart"/>
      <w:r>
        <w:t>Referente</w:t>
      </w:r>
      <w:proofErr w:type="spellEnd"/>
      <w:r>
        <w:t xml:space="preserve"> </w:t>
      </w:r>
      <w:proofErr w:type="spellStart"/>
      <w:r>
        <w:t>Tecnico</w:t>
      </w:r>
      <w:proofErr w:type="spellEnd"/>
      <w:r w:rsidR="004714E9">
        <w:t>/Umpire Manager</w:t>
      </w:r>
    </w:p>
    <w:p w:rsidR="00090709" w:rsidRDefault="00505842">
      <w:pPr>
        <w:spacing w:after="380"/>
      </w:pPr>
      <w:r>
        <w:t>Data _________________________ Firma ______________________________________</w:t>
      </w:r>
    </w:p>
    <w:p w:rsidR="00090709" w:rsidRDefault="00505842">
      <w:pPr>
        <w:spacing w:after="180"/>
        <w:jc w:val="center"/>
      </w:pPr>
      <w:r>
        <w:rPr>
          <w:b/>
          <w:sz w:val="17"/>
        </w:rPr>
        <w:t>CONSENSO AL TRATTAMENTO DEI DATI PERSONALI E CATEGORIE PARTICOLARI DI DATI</w:t>
      </w:r>
    </w:p>
    <w:p w:rsidR="00090709" w:rsidRDefault="00505842">
      <w:pPr>
        <w:spacing w:after="160"/>
      </w:pPr>
      <w:r>
        <w:t>Io sottoscritto, dichiaro di aver ricevuto e preso visione</w:t>
      </w:r>
      <w:r>
        <w:t xml:space="preserve"> dell’informativa sul trattamento dei dati personali e categorie particolari di dati effettuato dalla Federazione, come da informativa allegata al presente modulo e pertanto:</w:t>
      </w:r>
    </w:p>
    <w:p w:rsidR="00090709" w:rsidRDefault="00505842">
      <w:pPr>
        <w:spacing w:after="80"/>
      </w:pPr>
      <w:r>
        <w:rPr>
          <w:b/>
        </w:rPr>
        <w:t>a) Consenso obbligatorio</w:t>
      </w:r>
    </w:p>
    <w:p w:rsidR="00090709" w:rsidRDefault="00505842">
      <w:pPr>
        <w:spacing w:after="140"/>
      </w:pPr>
      <w:r>
        <w:t>☐</w:t>
      </w:r>
      <w:r>
        <w:t xml:space="preserve"> do il consenso o ☐ nego il consenso al trattamento dei</w:t>
      </w:r>
      <w:r>
        <w:t xml:space="preserve"> miei dati appartenenti a categorie “particolari” (per es. iscrizione a partiti politici e/o sindacati; dati relativi allo stato di salute) affinché F.I.H. possa trattarli per le finalità inerenti al tesseramento di cui al paragrafo 3.1 della presente info</w:t>
      </w:r>
      <w:r>
        <w:t>rmativa. Sono consapevole che, in mancanza del mio consenso, F.I.H. non potrà dar corso al tesseramento;</w:t>
      </w:r>
    </w:p>
    <w:p w:rsidR="00090709" w:rsidRDefault="00505842">
      <w:pPr>
        <w:spacing w:after="80"/>
      </w:pPr>
      <w:r>
        <w:rPr>
          <w:b/>
        </w:rPr>
        <w:t>b) Consenso facoltativo</w:t>
      </w:r>
    </w:p>
    <w:p w:rsidR="00090709" w:rsidRDefault="00505842">
      <w:pPr>
        <w:spacing w:after="140"/>
      </w:pPr>
      <w:r>
        <w:t>☐</w:t>
      </w:r>
      <w:r>
        <w:t xml:space="preserve"> do il consenso o ☐ nego il consenso al trattamento dei miei dati personali affinché F.I.H. possa trattarli per le attività di</w:t>
      </w:r>
      <w:r>
        <w:t xml:space="preserve"> promozione istituzionale di cui al paragrafo 3.3 della presente informativa.</w:t>
      </w:r>
    </w:p>
    <w:p w:rsidR="00090709" w:rsidRDefault="00505842">
      <w:pPr>
        <w:spacing w:after="80"/>
      </w:pPr>
      <w:r>
        <w:rPr>
          <w:b/>
        </w:rPr>
        <w:t>c) Consenso facoltativo</w:t>
      </w:r>
    </w:p>
    <w:p w:rsidR="00090709" w:rsidRDefault="00505842">
      <w:pPr>
        <w:spacing w:after="280"/>
      </w:pPr>
      <w:r>
        <w:t>☐</w:t>
      </w:r>
      <w:r>
        <w:t xml:space="preserve"> do il consenso o ☐ nego il consenso al trattamento dei miei dati personali affinché F.I.H. possa trattarli per finalità promozionali e/o commerciali di </w:t>
      </w:r>
      <w:r>
        <w:t xml:space="preserve">cui al paragrafo 3.4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informativa</w:t>
      </w:r>
      <w:proofErr w:type="spellEnd"/>
      <w:r>
        <w:t>.</w:t>
      </w:r>
    </w:p>
    <w:p w:rsidR="004714E9" w:rsidRDefault="004714E9">
      <w:pPr>
        <w:spacing w:after="280"/>
      </w:pPr>
    </w:p>
    <w:p w:rsidR="004714E9" w:rsidRDefault="004714E9">
      <w:pPr>
        <w:spacing w:after="280"/>
      </w:pPr>
    </w:p>
    <w:p w:rsidR="00090709" w:rsidRDefault="00505842">
      <w:pPr>
        <w:spacing w:after="20"/>
      </w:pPr>
      <w:r>
        <w:t>Data ____________________________________              Firma __________________________________</w:t>
      </w:r>
    </w:p>
    <w:sectPr w:rsidR="00090709" w:rsidSect="00034616">
      <w:footerReference w:type="default" r:id="rId8"/>
      <w:pgSz w:w="11906" w:h="16838"/>
      <w:pgMar w:top="964" w:right="1134" w:bottom="822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842" w:rsidRDefault="00505842">
      <w:pPr>
        <w:spacing w:after="0" w:line="240" w:lineRule="auto"/>
      </w:pPr>
      <w:r>
        <w:separator/>
      </w:r>
    </w:p>
  </w:endnote>
  <w:endnote w:type="continuationSeparator" w:id="0">
    <w:p w:rsidR="00505842" w:rsidRDefault="00505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709" w:rsidRDefault="00505842">
    <w:pPr>
      <w:pStyle w:val="Pidipagina"/>
      <w:jc w:val="center"/>
    </w:pPr>
    <w:r>
      <w:rPr>
        <w:sz w:val="16"/>
      </w:rPr>
      <w:t>1</w:t>
    </w:r>
  </w:p>
  <w:p w:rsidR="00090709" w:rsidRDefault="00505842">
    <w:pPr>
      <w:jc w:val="right"/>
    </w:pPr>
    <w:r>
      <w:rPr>
        <w:sz w:val="16"/>
      </w:rPr>
      <w:t>Mod. NTA2021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842" w:rsidRDefault="00505842">
      <w:pPr>
        <w:spacing w:after="0" w:line="240" w:lineRule="auto"/>
      </w:pPr>
      <w:r>
        <w:separator/>
      </w:r>
    </w:p>
  </w:footnote>
  <w:footnote w:type="continuationSeparator" w:id="0">
    <w:p w:rsidR="00505842" w:rsidRDefault="00505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0709"/>
    <w:rsid w:val="0015074B"/>
    <w:rsid w:val="0029639D"/>
    <w:rsid w:val="00326F90"/>
    <w:rsid w:val="004714E9"/>
    <w:rsid w:val="00505842"/>
    <w:rsid w:val="00AA1D8D"/>
    <w:rsid w:val="00B47730"/>
    <w:rsid w:val="00CB0664"/>
    <w:rsid w:val="00D77A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4A7612"/>
  <w14:defaultImageDpi w14:val="300"/>
  <w15:docId w15:val="{F2257F19-D5B4-4CB6-B49A-23B8E18B1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836325-CE00-476F-9B85-53FFC9CDF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Stefano Bresciani</cp:lastModifiedBy>
  <cp:revision>3</cp:revision>
  <dcterms:created xsi:type="dcterms:W3CDTF">2013-12-23T23:15:00Z</dcterms:created>
  <dcterms:modified xsi:type="dcterms:W3CDTF">2026-10-26T13:41:00Z</dcterms:modified>
  <cp:category/>
</cp:coreProperties>
</file>